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6EA" w:rsidRDefault="00F20C34" w:rsidP="00E056EA">
      <w:pPr>
        <w:spacing w:after="0"/>
        <w:jc w:val="center"/>
      </w:pPr>
      <w:r>
        <w:rPr>
          <w:b/>
        </w:rPr>
        <w:t>TEACHERS TRAINING COLLEGE B.Ed., AALO</w:t>
      </w:r>
      <w:r>
        <w:rPr>
          <w:b/>
        </w:rPr>
        <w:br/>
      </w:r>
      <w:r>
        <w:t>West Siang District, Arunachal Pradesh – 791001</w:t>
      </w:r>
      <w:r>
        <w:br/>
        <w:t xml:space="preserve">(Affiliated to Rajiv Gandhi University </w:t>
      </w:r>
      <w:r w:rsidR="00E056EA">
        <w:t xml:space="preserve">Itanagar </w:t>
      </w:r>
      <w:r>
        <w:t>&amp; Recognised by ERC–NCTE)</w:t>
      </w:r>
      <w:r>
        <w:br/>
      </w:r>
      <w:r>
        <w:rPr>
          <w:b/>
        </w:rPr>
        <w:br/>
        <w:t>APPLI</w:t>
      </w:r>
      <w:r w:rsidR="00E056EA">
        <w:rPr>
          <w:b/>
        </w:rPr>
        <w:t>CATION PROFORMA FOR APPOINTMENT</w:t>
      </w:r>
    </w:p>
    <w:p w:rsidR="0028451A" w:rsidRDefault="00F20C34" w:rsidP="00E056EA">
      <w:pPr>
        <w:spacing w:after="0"/>
      </w:pPr>
      <w:r>
        <w:t>1. Post Applied For</w:t>
      </w:r>
    </w:p>
    <w:p w:rsidR="0028451A" w:rsidRDefault="00F20C34">
      <w:r>
        <w:t>Name of the Post: __________________________</w:t>
      </w:r>
    </w:p>
    <w:p w:rsidR="0028451A" w:rsidRDefault="00F20C34">
      <w:r>
        <w:t>Subject (if applicable): ____________________</w:t>
      </w:r>
    </w:p>
    <w:p w:rsidR="0028451A" w:rsidRDefault="00F20C34">
      <w:r>
        <w:br/>
        <w:t>2. Personal Details</w:t>
      </w:r>
    </w:p>
    <w:p w:rsidR="0028451A" w:rsidRDefault="00F20C34">
      <w:r>
        <w:t>Full Name (in CAPITAL LETTERS): __________________________</w:t>
      </w:r>
    </w:p>
    <w:p w:rsidR="0028451A" w:rsidRDefault="00F20C34">
      <w:r>
        <w:t>Father’s/Mother’s Name: __________________________</w:t>
      </w:r>
    </w:p>
    <w:p w:rsidR="0028451A" w:rsidRDefault="00F20C34">
      <w:r>
        <w:t>Date of Birth (DD/MM/YYYY): __________________________</w:t>
      </w:r>
    </w:p>
    <w:p w:rsidR="0028451A" w:rsidRDefault="00F20C34">
      <w:r>
        <w:t>Age: ______   Gender: ______   Marital Status: ______</w:t>
      </w:r>
    </w:p>
    <w:p w:rsidR="0028451A" w:rsidRDefault="00F20C34">
      <w:r>
        <w:t>Nationality: __________________________</w:t>
      </w:r>
    </w:p>
    <w:p w:rsidR="0028451A" w:rsidRDefault="00F20C34">
      <w:r>
        <w:br/>
        <w:t>3. Contact Details</w:t>
      </w:r>
    </w:p>
    <w:p w:rsidR="00E056EA" w:rsidRDefault="00F20C34">
      <w:r>
        <w:t xml:space="preserve">Permanent Address: </w:t>
      </w:r>
    </w:p>
    <w:p w:rsidR="00E056EA" w:rsidRDefault="00E056EA"/>
    <w:p w:rsidR="00E056EA" w:rsidRDefault="00E056EA"/>
    <w:p w:rsidR="00E056EA" w:rsidRDefault="00F20C34">
      <w:r>
        <w:t xml:space="preserve">Correspondence Address: </w:t>
      </w:r>
    </w:p>
    <w:p w:rsidR="00E056EA" w:rsidRDefault="00E056EA"/>
    <w:p w:rsidR="00E056EA" w:rsidRDefault="00E056EA"/>
    <w:p w:rsidR="0028451A" w:rsidRDefault="00F20C34">
      <w:r>
        <w:t>Mobile No.</w:t>
      </w:r>
      <w:r w:rsidR="007730B5">
        <w:t xml:space="preserve"> (Calling No.)</w:t>
      </w:r>
      <w:r>
        <w:t>: __________________________</w:t>
      </w:r>
    </w:p>
    <w:p w:rsidR="007730B5" w:rsidRDefault="007730B5">
      <w:r>
        <w:t>Mobile No. (</w:t>
      </w:r>
      <w:proofErr w:type="spellStart"/>
      <w:r>
        <w:t>Whatsapp</w:t>
      </w:r>
      <w:proofErr w:type="spellEnd"/>
      <w:r>
        <w:t xml:space="preserve"> No.): ---------------------------</w:t>
      </w:r>
    </w:p>
    <w:p w:rsidR="0028451A" w:rsidRDefault="00F20C34">
      <w:r>
        <w:t>Email ID: __________________________</w:t>
      </w:r>
    </w:p>
    <w:p w:rsidR="0028451A" w:rsidRDefault="00F20C34">
      <w:r>
        <w:br/>
        <w:t>4. Category Details</w:t>
      </w:r>
    </w:p>
    <w:p w:rsidR="0028451A" w:rsidRDefault="00F20C34">
      <w:r>
        <w:t>Category (UR/SC/ST/OBC/Other): __________________________</w:t>
      </w:r>
    </w:p>
    <w:p w:rsidR="0028451A" w:rsidRDefault="00F20C34">
      <w:r>
        <w:t>Whether claiming reservation: YES / NO</w:t>
      </w:r>
    </w:p>
    <w:p w:rsidR="0028451A" w:rsidRDefault="00F20C34">
      <w:r>
        <w:lastRenderedPageBreak/>
        <w:br/>
        <w:t>5. Educational Qualifications (From Graduation onwards)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7"/>
        <w:gridCol w:w="1386"/>
        <w:gridCol w:w="1873"/>
        <w:gridCol w:w="1389"/>
        <w:gridCol w:w="1376"/>
        <w:gridCol w:w="1395"/>
      </w:tblGrid>
      <w:tr w:rsidR="0028451A" w:rsidTr="00E056EA">
        <w:tc>
          <w:tcPr>
            <w:tcW w:w="1440" w:type="dxa"/>
          </w:tcPr>
          <w:p w:rsidR="0028451A" w:rsidRDefault="00F20C34">
            <w:r>
              <w:t>Examination</w:t>
            </w:r>
          </w:p>
        </w:tc>
        <w:tc>
          <w:tcPr>
            <w:tcW w:w="1440" w:type="dxa"/>
          </w:tcPr>
          <w:p w:rsidR="0028451A" w:rsidRDefault="00F20C34">
            <w:r>
              <w:t>Subject</w:t>
            </w:r>
          </w:p>
        </w:tc>
        <w:tc>
          <w:tcPr>
            <w:tcW w:w="1440" w:type="dxa"/>
          </w:tcPr>
          <w:p w:rsidR="0028451A" w:rsidRDefault="00F20C34">
            <w:r>
              <w:t>University/Board</w:t>
            </w:r>
          </w:p>
        </w:tc>
        <w:tc>
          <w:tcPr>
            <w:tcW w:w="1440" w:type="dxa"/>
          </w:tcPr>
          <w:p w:rsidR="0028451A" w:rsidRDefault="00F20C34">
            <w:r>
              <w:t>Year</w:t>
            </w:r>
            <w:r w:rsidR="00E056EA">
              <w:t xml:space="preserve"> of Passing</w:t>
            </w:r>
          </w:p>
        </w:tc>
        <w:tc>
          <w:tcPr>
            <w:tcW w:w="1440" w:type="dxa"/>
          </w:tcPr>
          <w:p w:rsidR="0028451A" w:rsidRDefault="00F20C34">
            <w:r>
              <w:t>% of Marks</w:t>
            </w:r>
          </w:p>
        </w:tc>
        <w:tc>
          <w:tcPr>
            <w:tcW w:w="1440" w:type="dxa"/>
          </w:tcPr>
          <w:p w:rsidR="0028451A" w:rsidRDefault="00F20C34">
            <w:r>
              <w:t>Division</w:t>
            </w:r>
          </w:p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28451A" w:rsidTr="00E056EA"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  <w:tc>
          <w:tcPr>
            <w:tcW w:w="1440" w:type="dxa"/>
          </w:tcPr>
          <w:p w:rsidR="0028451A" w:rsidRDefault="0028451A"/>
        </w:tc>
      </w:tr>
      <w:tr w:rsidR="00E056EA" w:rsidTr="00E056EA"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</w:tr>
      <w:tr w:rsidR="00E056EA" w:rsidTr="00E056EA"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  <w:tc>
          <w:tcPr>
            <w:tcW w:w="1440" w:type="dxa"/>
          </w:tcPr>
          <w:p w:rsidR="00E056EA" w:rsidRDefault="00E056EA"/>
        </w:tc>
      </w:tr>
    </w:tbl>
    <w:p w:rsidR="0028451A" w:rsidRDefault="00F20C34">
      <w:r>
        <w:br/>
        <w:t>6. Professional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2160"/>
        <w:gridCol w:w="1692"/>
        <w:gridCol w:w="2358"/>
      </w:tblGrid>
      <w:tr w:rsidR="0028451A" w:rsidTr="00E056EA">
        <w:tc>
          <w:tcPr>
            <w:tcW w:w="2628" w:type="dxa"/>
          </w:tcPr>
          <w:p w:rsidR="0028451A" w:rsidRDefault="00E056EA">
            <w:r>
              <w:t xml:space="preserve">Name  of </w:t>
            </w:r>
            <w:r w:rsidR="00F20C34">
              <w:t>Institution</w:t>
            </w:r>
          </w:p>
        </w:tc>
        <w:tc>
          <w:tcPr>
            <w:tcW w:w="2160" w:type="dxa"/>
          </w:tcPr>
          <w:p w:rsidR="0028451A" w:rsidRDefault="00F20C34">
            <w:r>
              <w:t>Designation</w:t>
            </w:r>
          </w:p>
        </w:tc>
        <w:tc>
          <w:tcPr>
            <w:tcW w:w="1692" w:type="dxa"/>
          </w:tcPr>
          <w:p w:rsidR="0028451A" w:rsidRDefault="00F20C34">
            <w:r>
              <w:t>Duration</w:t>
            </w:r>
          </w:p>
        </w:tc>
        <w:tc>
          <w:tcPr>
            <w:tcW w:w="2358" w:type="dxa"/>
          </w:tcPr>
          <w:p w:rsidR="0028451A" w:rsidRDefault="00F20C34">
            <w:r>
              <w:t>Total Experience</w:t>
            </w:r>
          </w:p>
        </w:tc>
      </w:tr>
      <w:tr w:rsidR="0028451A" w:rsidTr="00E056EA">
        <w:tc>
          <w:tcPr>
            <w:tcW w:w="2628" w:type="dxa"/>
          </w:tcPr>
          <w:p w:rsidR="0028451A" w:rsidRDefault="0028451A"/>
        </w:tc>
        <w:tc>
          <w:tcPr>
            <w:tcW w:w="2160" w:type="dxa"/>
          </w:tcPr>
          <w:p w:rsidR="0028451A" w:rsidRDefault="0028451A"/>
        </w:tc>
        <w:tc>
          <w:tcPr>
            <w:tcW w:w="1692" w:type="dxa"/>
          </w:tcPr>
          <w:p w:rsidR="0028451A" w:rsidRDefault="0028451A"/>
        </w:tc>
        <w:tc>
          <w:tcPr>
            <w:tcW w:w="2358" w:type="dxa"/>
          </w:tcPr>
          <w:p w:rsidR="0028451A" w:rsidRDefault="0028451A"/>
        </w:tc>
      </w:tr>
      <w:tr w:rsidR="0028451A" w:rsidTr="00E056EA">
        <w:tc>
          <w:tcPr>
            <w:tcW w:w="2628" w:type="dxa"/>
          </w:tcPr>
          <w:p w:rsidR="0028451A" w:rsidRDefault="0028451A"/>
        </w:tc>
        <w:tc>
          <w:tcPr>
            <w:tcW w:w="2160" w:type="dxa"/>
          </w:tcPr>
          <w:p w:rsidR="0028451A" w:rsidRDefault="0028451A"/>
        </w:tc>
        <w:tc>
          <w:tcPr>
            <w:tcW w:w="1692" w:type="dxa"/>
          </w:tcPr>
          <w:p w:rsidR="0028451A" w:rsidRDefault="0028451A"/>
        </w:tc>
        <w:tc>
          <w:tcPr>
            <w:tcW w:w="2358" w:type="dxa"/>
          </w:tcPr>
          <w:p w:rsidR="0028451A" w:rsidRDefault="0028451A"/>
        </w:tc>
      </w:tr>
      <w:tr w:rsidR="0028451A" w:rsidTr="00E056EA">
        <w:tc>
          <w:tcPr>
            <w:tcW w:w="2628" w:type="dxa"/>
          </w:tcPr>
          <w:p w:rsidR="0028451A" w:rsidRDefault="0028451A"/>
        </w:tc>
        <w:tc>
          <w:tcPr>
            <w:tcW w:w="2160" w:type="dxa"/>
          </w:tcPr>
          <w:p w:rsidR="0028451A" w:rsidRDefault="0028451A"/>
        </w:tc>
        <w:tc>
          <w:tcPr>
            <w:tcW w:w="1692" w:type="dxa"/>
          </w:tcPr>
          <w:p w:rsidR="0028451A" w:rsidRDefault="0028451A"/>
        </w:tc>
        <w:tc>
          <w:tcPr>
            <w:tcW w:w="2358" w:type="dxa"/>
          </w:tcPr>
          <w:p w:rsidR="0028451A" w:rsidRDefault="0028451A"/>
        </w:tc>
      </w:tr>
      <w:tr w:rsidR="0028451A" w:rsidTr="00E056EA">
        <w:tc>
          <w:tcPr>
            <w:tcW w:w="2628" w:type="dxa"/>
          </w:tcPr>
          <w:p w:rsidR="0028451A" w:rsidRDefault="0028451A"/>
        </w:tc>
        <w:tc>
          <w:tcPr>
            <w:tcW w:w="2160" w:type="dxa"/>
          </w:tcPr>
          <w:p w:rsidR="0028451A" w:rsidRDefault="0028451A"/>
        </w:tc>
        <w:tc>
          <w:tcPr>
            <w:tcW w:w="1692" w:type="dxa"/>
          </w:tcPr>
          <w:p w:rsidR="0028451A" w:rsidRDefault="0028451A"/>
        </w:tc>
        <w:tc>
          <w:tcPr>
            <w:tcW w:w="2358" w:type="dxa"/>
          </w:tcPr>
          <w:p w:rsidR="0028451A" w:rsidRDefault="0028451A"/>
        </w:tc>
      </w:tr>
    </w:tbl>
    <w:p w:rsidR="0028451A" w:rsidRDefault="00F20C34">
      <w:r>
        <w:br/>
        <w:t>7. Other Qualifications / Achievements</w:t>
      </w:r>
    </w:p>
    <w:p w:rsidR="0028451A" w:rsidRDefault="00F20C34">
      <w:r>
        <w:t>Publications: __________________________</w:t>
      </w:r>
    </w:p>
    <w:p w:rsidR="0028451A" w:rsidRDefault="00F20C34">
      <w:r>
        <w:t>Seminars/Workshops: __________________________</w:t>
      </w:r>
    </w:p>
    <w:p w:rsidR="0028451A" w:rsidRDefault="00F20C34">
      <w:r>
        <w:t>Other Achievements: __________________________</w:t>
      </w:r>
    </w:p>
    <w:p w:rsidR="0028451A" w:rsidRDefault="00F20C34">
      <w:r>
        <w:br/>
        <w:t>8. Computer Knowledge</w:t>
      </w:r>
    </w:p>
    <w:p w:rsidR="0028451A" w:rsidRDefault="00F20C34">
      <w:r>
        <w:t>Details: __________________________</w:t>
      </w:r>
    </w:p>
    <w:p w:rsidR="00E056EA" w:rsidRPr="00E056EA" w:rsidRDefault="00E056EA" w:rsidP="00E056EA">
      <w:pPr>
        <w:jc w:val="both"/>
        <w:rPr>
          <w:i/>
        </w:rPr>
      </w:pPr>
      <w:r>
        <w:br/>
        <w:t>9.</w:t>
      </w:r>
      <w:r w:rsidR="00F20C34">
        <w:t>Declaration</w:t>
      </w:r>
      <w:r>
        <w:t xml:space="preserve">: </w:t>
      </w:r>
      <w:r>
        <w:br/>
      </w:r>
      <w:r w:rsidRPr="00E056EA">
        <w:rPr>
          <w:rStyle w:val="Emphasis"/>
          <w:i w:val="0"/>
        </w:rPr>
        <w:t>I do  hereby declare that the information provided above is true and correct to the best of my knowledge and belief. In the event of any discrepancy or false information, I shall be solely responsible.</w:t>
      </w:r>
    </w:p>
    <w:p w:rsidR="0028451A" w:rsidRDefault="00E056EA">
      <w:r>
        <w:t xml:space="preserve"> </w:t>
      </w:r>
      <w:r w:rsidR="00F20C34">
        <w:br/>
        <w:t>10. Place &amp; Signature</w:t>
      </w:r>
      <w:bookmarkStart w:id="0" w:name="_GoBack"/>
      <w:bookmarkEnd w:id="0"/>
    </w:p>
    <w:p w:rsidR="0028451A" w:rsidRDefault="00F20C34">
      <w:r>
        <w:t>Place: __________    Date: __________</w:t>
      </w:r>
    </w:p>
    <w:p w:rsidR="0028451A" w:rsidRDefault="00F20C34">
      <w:r>
        <w:t>Signature of Applicant: __________________________</w:t>
      </w:r>
    </w:p>
    <w:sectPr w:rsidR="0028451A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10F" w:rsidRDefault="0071310F" w:rsidP="002737D6">
      <w:pPr>
        <w:spacing w:after="0" w:line="240" w:lineRule="auto"/>
      </w:pPr>
      <w:r>
        <w:separator/>
      </w:r>
    </w:p>
  </w:endnote>
  <w:endnote w:type="continuationSeparator" w:id="0">
    <w:p w:rsidR="0071310F" w:rsidRDefault="0071310F" w:rsidP="00273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10F" w:rsidRDefault="0071310F" w:rsidP="002737D6">
      <w:pPr>
        <w:spacing w:after="0" w:line="240" w:lineRule="auto"/>
      </w:pPr>
      <w:r>
        <w:separator/>
      </w:r>
    </w:p>
  </w:footnote>
  <w:footnote w:type="continuationSeparator" w:id="0">
    <w:p w:rsidR="0071310F" w:rsidRDefault="0071310F" w:rsidP="00273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2737D6" w:rsidRDefault="002737D6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7730B5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7730B5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2737D6" w:rsidRDefault="002737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737D6"/>
    <w:rsid w:val="0028451A"/>
    <w:rsid w:val="0029639D"/>
    <w:rsid w:val="00326F90"/>
    <w:rsid w:val="0071310F"/>
    <w:rsid w:val="007730B5"/>
    <w:rsid w:val="00AA1D8D"/>
    <w:rsid w:val="00B47730"/>
    <w:rsid w:val="00CB0664"/>
    <w:rsid w:val="00E056EA"/>
    <w:rsid w:val="00F20C3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E05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E05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0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0EB9C8-2007-4739-BEE4-EFF3DC7EF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ASD</cp:lastModifiedBy>
  <cp:revision>4</cp:revision>
  <dcterms:created xsi:type="dcterms:W3CDTF">2013-12-23T23:15:00Z</dcterms:created>
  <dcterms:modified xsi:type="dcterms:W3CDTF">2026-03-26T06:28:00Z</dcterms:modified>
  <cp:category/>
</cp:coreProperties>
</file>